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Директору [название организации]</w:t>
      </w:r>
    </w:p>
    <w:p>
      <w:pPr>
        <w:spacing w:after="0"/>
        <w:jc w:val="right"/>
      </w:pPr>
      <w:r>
        <w:rPr>
          <w:b w:val="0"/>
        </w:rPr>
        <w:t>[ФИО директора]</w:t>
      </w:r>
    </w:p>
    <w:p>
      <w:pPr>
        <w:spacing w:after="0"/>
        <w:jc w:val="right"/>
      </w:pPr>
      <w:r>
        <w:rPr>
          <w:b w:val="0"/>
        </w:rPr>
        <w:t>от [должность, ФИО работника]</w:t>
      </w:r>
    </w:p>
    <w:p>
      <w:pPr>
        <w:spacing w:after="0"/>
        <w:jc w:val="right"/>
      </w:pPr>
      <w:r>
        <w:rPr>
          <w:b w:val="0"/>
        </w:rPr>
        <w:t>[телефон для связи]</w:t>
      </w:r>
    </w:p>
    <w:p>
      <w:pPr>
        <w:spacing w:after="360"/>
      </w:pPr>
      <w:r>
        <w:rPr>
          <w:b w:val="0"/>
        </w:rPr>
      </w:r>
    </w:p>
    <w:p>
      <w:pPr>
        <w:spacing w:after="360"/>
        <w:jc w:val="center"/>
      </w:pPr>
      <w:r>
        <w:rPr>
          <w:b/>
        </w:rPr>
        <w:t>Уведомление о приостановлении работы</w:t>
      </w:r>
    </w:p>
    <w:p>
      <w:pPr>
        <w:spacing w:after="120"/>
        <w:ind w:firstLine="709"/>
      </w:pPr>
      <w:r>
        <w:rPr>
          <w:b w:val="0"/>
        </w:rPr>
        <w:t>Мне не выплачена заработная плата за [период] в сумме [сумма] рублей. Задержка выплаты составляет [число] дней.</w:t>
      </w:r>
    </w:p>
    <w:p>
      <w:pPr>
        <w:spacing w:after="120"/>
        <w:ind w:firstLine="709"/>
      </w:pPr>
      <w:r>
        <w:rPr>
          <w:b w:val="0"/>
        </w:rPr>
        <w:t>В соответствии со статьёй 142 Трудового кодекса РФ уведомляю, что с [дата] приостанавливаю работу до выплаты задержанной суммы.</w:t>
      </w:r>
    </w:p>
    <w:p>
      <w:pPr>
        <w:spacing w:after="120"/>
        <w:ind w:firstLine="709"/>
      </w:pPr>
      <w:r>
        <w:rPr>
          <w:b w:val="0"/>
        </w:rPr>
        <w:t>Прошу выплатить задолженность по заработной плате и денежную компенсацию за задержку выплаты в соответствии со статьёй 236 Трудового кодекса РФ.</w:t>
      </w:r>
    </w:p>
    <w:p>
      <w:pPr>
        <w:spacing w:after="480"/>
      </w:pPr>
      <w:r>
        <w:rPr>
          <w:b w:val="0"/>
        </w:rPr>
      </w:r>
    </w:p>
    <w:p>
      <w:pPr>
        <w:spacing w:after="480"/>
      </w:pPr>
      <w:r>
        <w:rPr>
          <w:b w:val="0"/>
        </w:rPr>
        <w:t>[дата]                                    ____________ / [расшифровка подписи]</w:t>
      </w:r>
    </w:p>
    <w:p>
      <w:pPr>
        <w:spacing w:after="0"/>
      </w:pPr>
      <w:r>
        <w:rPr>
          <w:b w:val="0"/>
        </w:rPr>
        <w:t>Уведомление составлено в двух экземплярах. Отметка о приёме: ____________</w:t>
      </w:r>
    </w:p>
    <w:p>
      <w:pPr>
        <w:spacing w:before="720"/>
      </w:pPr>
      <w:r>
        <w:rPr>
          <w:i/>
          <w:sz w:val="18"/>
        </w:rPr>
        <w:t>Образец: «Земля и Розы», zemlya-i-rozy.com/rukovodstva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